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1D3665B1" w:rsidP="24FFF2AB" w:rsidRDefault="1D3665B1" w14:paraId="3A1D217C" w14:textId="15B4D6FD">
      <w:pPr>
        <w:pStyle w:val="Normal"/>
        <w:jc w:val="center"/>
      </w:pPr>
      <w:r w:rsidR="1D3665B1">
        <w:drawing>
          <wp:inline wp14:editId="535C84C0" wp14:anchorId="1FBEC5AC">
            <wp:extent cx="912440" cy="868507"/>
            <wp:effectExtent l="0" t="0" r="0" b="0"/>
            <wp:docPr id="6750957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3073820" name="Picture 1913073820"/>
                    <pic:cNvPicPr/>
                  </pic:nvPicPr>
                  <pic:blipFill>
                    <a:blip xmlns:r="http://schemas.openxmlformats.org/officeDocument/2006/relationships" r:embed="rId16202766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12440" cy="86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FFF2AB" w:rsidP="24FFF2AB" w:rsidRDefault="24FFF2AB" w14:paraId="4AA8B557" w14:textId="26FD1801">
      <w:pPr>
        <w:pStyle w:val="Normal"/>
        <w:jc w:val="center"/>
      </w:pPr>
      <w:r w:rsidRPr="24FFF2AB" w:rsidR="24FFF2AB">
        <w:rPr>
          <w:b w:val="1"/>
          <w:bCs w:val="1"/>
          <w:sz w:val="36"/>
          <w:szCs w:val="36"/>
        </w:rPr>
        <w:t>St Anne's Catholic Primary School</w:t>
      </w:r>
      <w:r>
        <w:br/>
      </w:r>
      <w:r w:rsidRPr="24FFF2AB" w:rsidR="24FFF2AB">
        <w:rPr>
          <w:sz w:val="32"/>
          <w:szCs w:val="32"/>
        </w:rPr>
        <w:t>Primary PE and Sport Premium Grant Expenditure</w:t>
      </w:r>
      <w:r>
        <w:br/>
      </w:r>
      <w:r w:rsidRPr="24FFF2AB" w:rsidR="24FFF2AB">
        <w:rPr>
          <w:sz w:val="32"/>
          <w:szCs w:val="32"/>
        </w:rPr>
        <w:t>Academic Year 2025 to 2026</w:t>
      </w:r>
    </w:p>
    <w:p xmlns:wp14="http://schemas.microsoft.com/office/word/2010/wordml" w14:paraId="13E5C974" wp14:textId="46ACBEEC">
      <w:pPr>
        <w:pStyle w:val="Heading1"/>
      </w:pPr>
      <w:r w:rsidR="24FFF2AB">
        <w:rPr/>
        <w:t>Funding Gran</w:t>
      </w:r>
      <w:r w:rsidR="7887E4CA">
        <w:rPr/>
        <w:t>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14:paraId="064F1E88" wp14:textId="77777777">
        <w:tc>
          <w:tcPr>
            <w:tcW w:w="4320" w:type="dxa"/>
          </w:tcPr>
          <w:p w14:paraId="2A36FC5F" wp14:textId="77777777">
            <w:r>
              <w:t>Total PE and Sport Premium</w:t>
            </w:r>
          </w:p>
        </w:tc>
        <w:tc>
          <w:tcPr>
            <w:tcW w:w="4320" w:type="dxa"/>
          </w:tcPr>
          <w:p w14:paraId="65C95251" wp14:textId="77777777">
            <w:r>
              <w:t>£19,550</w:t>
            </w:r>
          </w:p>
        </w:tc>
      </w:tr>
      <w:tr xmlns:wp14="http://schemas.microsoft.com/office/word/2010/wordml" w14:paraId="63C4A8F4" wp14:textId="77777777">
        <w:tc>
          <w:tcPr>
            <w:tcW w:w="4320" w:type="dxa"/>
          </w:tcPr>
          <w:p w14:paraId="05E60A82" wp14:textId="77777777">
            <w:r>
              <w:t>Amount confirmed correct</w:t>
            </w:r>
          </w:p>
        </w:tc>
        <w:tc>
          <w:tcPr>
            <w:tcW w:w="4320" w:type="dxa"/>
          </w:tcPr>
          <w:p w14:paraId="5B7FDD25" wp14:textId="77777777">
            <w:r>
              <w:t>Yes</w:t>
            </w:r>
          </w:p>
        </w:tc>
      </w:tr>
      <w:tr xmlns:wp14="http://schemas.microsoft.com/office/word/2010/wordml" w14:paraId="7490F8FF" wp14:textId="77777777">
        <w:tc>
          <w:tcPr>
            <w:tcW w:w="4320" w:type="dxa"/>
          </w:tcPr>
          <w:p w14:paraId="45BFC114" wp14:textId="77777777">
            <w:r>
              <w:t>Unspent grant remaining</w:t>
            </w:r>
          </w:p>
        </w:tc>
        <w:tc>
          <w:tcPr>
            <w:tcW w:w="4320" w:type="dxa"/>
          </w:tcPr>
          <w:p w14:paraId="65804BD3" wp14:textId="77777777">
            <w:r>
              <w:t>No</w:t>
            </w:r>
          </w:p>
        </w:tc>
      </w:tr>
    </w:tbl>
    <w:p xmlns:wp14="http://schemas.microsoft.com/office/word/2010/wordml" w14:paraId="05AED98D" wp14:textId="77777777">
      <w:pPr>
        <w:pStyle w:val="Heading1"/>
      </w:pPr>
      <w:r>
        <w:t>Grant Spending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14:paraId="0DE1B370" wp14:textId="77777777">
        <w:tc>
          <w:tcPr>
            <w:tcW w:w="4320" w:type="dxa"/>
          </w:tcPr>
          <w:p w14:paraId="14224C44" wp14:textId="77777777">
            <w:r>
              <w:t>CPD</w:t>
            </w:r>
          </w:p>
        </w:tc>
        <w:tc>
          <w:tcPr>
            <w:tcW w:w="4320" w:type="dxa"/>
          </w:tcPr>
          <w:p w14:paraId="33B0E3C7" wp14:textId="77777777">
            <w:r>
              <w:t>£9,927.60</w:t>
            </w:r>
          </w:p>
        </w:tc>
      </w:tr>
      <w:tr xmlns:wp14="http://schemas.microsoft.com/office/word/2010/wordml" w14:paraId="7FC306AE" wp14:textId="77777777">
        <w:tc>
          <w:tcPr>
            <w:tcW w:w="4320" w:type="dxa"/>
          </w:tcPr>
          <w:p w14:paraId="759E4976" wp14:textId="77777777">
            <w:r>
              <w:t>CPD for swimming lessons</w:t>
            </w:r>
          </w:p>
        </w:tc>
        <w:tc>
          <w:tcPr>
            <w:tcW w:w="4320" w:type="dxa"/>
          </w:tcPr>
          <w:p w14:paraId="3ED1CCCA" wp14:textId="77777777">
            <w:r>
              <w:t>£0</w:t>
            </w:r>
          </w:p>
        </w:tc>
      </w:tr>
      <w:tr xmlns:wp14="http://schemas.microsoft.com/office/word/2010/wordml" w14:paraId="497E33D7" wp14:textId="77777777">
        <w:tc>
          <w:tcPr>
            <w:tcW w:w="4320" w:type="dxa"/>
          </w:tcPr>
          <w:p w14:paraId="65430F2E" wp14:textId="77777777">
            <w:r>
              <w:t>Extra-curricular opportunities</w:t>
            </w:r>
          </w:p>
        </w:tc>
        <w:tc>
          <w:tcPr>
            <w:tcW w:w="4320" w:type="dxa"/>
          </w:tcPr>
          <w:p w14:paraId="527DCD3F" wp14:textId="77777777">
            <w:r>
              <w:t>£2,650</w:t>
            </w:r>
          </w:p>
        </w:tc>
      </w:tr>
      <w:tr xmlns:wp14="http://schemas.microsoft.com/office/word/2010/wordml" w14:paraId="56CC1602" wp14:textId="77777777">
        <w:tc>
          <w:tcPr>
            <w:tcW w:w="4320" w:type="dxa"/>
          </w:tcPr>
          <w:p w14:paraId="319B3F86" wp14:textId="77777777">
            <w:r>
              <w:t>Equipment and resources</w:t>
            </w:r>
          </w:p>
        </w:tc>
        <w:tc>
          <w:tcPr>
            <w:tcW w:w="4320" w:type="dxa"/>
          </w:tcPr>
          <w:p w14:paraId="5696D7AF" wp14:textId="77777777">
            <w:r>
              <w:t>£1,100</w:t>
            </w:r>
          </w:p>
        </w:tc>
      </w:tr>
      <w:tr xmlns:wp14="http://schemas.microsoft.com/office/word/2010/wordml" w14:paraId="42E19448" wp14:textId="77777777">
        <w:tc>
          <w:tcPr>
            <w:tcW w:w="4320" w:type="dxa"/>
          </w:tcPr>
          <w:p w14:paraId="2485AB8B" wp14:textId="77777777">
            <w:r>
              <w:t>Membership and subscription fees</w:t>
            </w:r>
          </w:p>
        </w:tc>
        <w:tc>
          <w:tcPr>
            <w:tcW w:w="4320" w:type="dxa"/>
          </w:tcPr>
          <w:p w14:paraId="41707EC2" wp14:textId="77777777">
            <w:r>
              <w:t>£585</w:t>
            </w:r>
          </w:p>
        </w:tc>
      </w:tr>
      <w:tr xmlns:wp14="http://schemas.microsoft.com/office/word/2010/wordml" w14:paraId="1BB88CB3" wp14:textId="77777777">
        <w:tc>
          <w:tcPr>
            <w:tcW w:w="4320" w:type="dxa"/>
          </w:tcPr>
          <w:p w14:paraId="5A047E60" wp14:textId="77777777">
            <w:r>
              <w:t>SGO network activities</w:t>
            </w:r>
          </w:p>
        </w:tc>
        <w:tc>
          <w:tcPr>
            <w:tcW w:w="4320" w:type="dxa"/>
          </w:tcPr>
          <w:p w14:paraId="4CBD8F9F" wp14:textId="77777777">
            <w:r>
              <w:t>£2,650</w:t>
            </w:r>
          </w:p>
        </w:tc>
      </w:tr>
      <w:tr xmlns:wp14="http://schemas.microsoft.com/office/word/2010/wordml" w14:paraId="27BBB040" wp14:textId="77777777">
        <w:tc>
          <w:tcPr>
            <w:tcW w:w="4320" w:type="dxa"/>
          </w:tcPr>
          <w:p w14:paraId="5378E691" wp14:textId="77777777">
            <w:r>
              <w:t>External sports competitions</w:t>
            </w:r>
          </w:p>
        </w:tc>
        <w:tc>
          <w:tcPr>
            <w:tcW w:w="4320" w:type="dxa"/>
          </w:tcPr>
          <w:p w14:paraId="02236CD6" wp14:textId="77777777">
            <w:r>
              <w:t>£0</w:t>
            </w:r>
          </w:p>
        </w:tc>
      </w:tr>
      <w:tr xmlns:wp14="http://schemas.microsoft.com/office/word/2010/wordml" w14:paraId="1FB1E7B1" wp14:textId="77777777">
        <w:tc>
          <w:tcPr>
            <w:tcW w:w="4320" w:type="dxa"/>
          </w:tcPr>
          <w:p w14:paraId="68826A58" wp14:textId="77777777">
            <w:r>
              <w:t>External coaching staff</w:t>
            </w:r>
          </w:p>
        </w:tc>
        <w:tc>
          <w:tcPr>
            <w:tcW w:w="4320" w:type="dxa"/>
          </w:tcPr>
          <w:p w14:paraId="0C35E94E" wp14:textId="77777777">
            <w:r>
              <w:t>£0</w:t>
            </w:r>
          </w:p>
        </w:tc>
      </w:tr>
    </w:tbl>
    <w:p xmlns:wp14="http://schemas.microsoft.com/office/word/2010/wordml" w14:paraId="5D9A41F5" wp14:textId="77777777">
      <w:pPr>
        <w:pStyle w:val="Heading1"/>
      </w:pPr>
      <w:r>
        <w:t>Targeted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14:paraId="0DCF165D" wp14:textId="77777777">
        <w:tc>
          <w:tcPr>
            <w:tcW w:w="4320" w:type="dxa"/>
          </w:tcPr>
          <w:p w14:paraId="1640D3E8" wp14:textId="77777777">
            <w:r>
              <w:t>SEND pupils</w:t>
            </w:r>
          </w:p>
        </w:tc>
        <w:tc>
          <w:tcPr>
            <w:tcW w:w="4320" w:type="dxa"/>
          </w:tcPr>
          <w:p w14:paraId="55239733" wp14:textId="77777777">
            <w:r>
              <w:t>Yes</w:t>
            </w:r>
          </w:p>
        </w:tc>
      </w:tr>
      <w:tr xmlns:wp14="http://schemas.microsoft.com/office/word/2010/wordml" w14:paraId="45DA704E" wp14:textId="77777777">
        <w:tc>
          <w:tcPr>
            <w:tcW w:w="4320" w:type="dxa"/>
          </w:tcPr>
          <w:p w14:paraId="4B658428" wp14:textId="77777777">
            <w:r>
              <w:t>Long-term medical conditions</w:t>
            </w:r>
          </w:p>
        </w:tc>
        <w:tc>
          <w:tcPr>
            <w:tcW w:w="4320" w:type="dxa"/>
          </w:tcPr>
          <w:p w14:paraId="55764F03" wp14:textId="77777777">
            <w:r>
              <w:t>Yes</w:t>
            </w:r>
          </w:p>
        </w:tc>
      </w:tr>
      <w:tr xmlns:wp14="http://schemas.microsoft.com/office/word/2010/wordml" w14:paraId="37D7C9D3" wp14:textId="77777777">
        <w:tc>
          <w:tcPr>
            <w:tcW w:w="4320" w:type="dxa"/>
          </w:tcPr>
          <w:p w14:paraId="1746DEA9" wp14:textId="77777777">
            <w:r>
              <w:t>Girls access to PE and sport</w:t>
            </w:r>
          </w:p>
        </w:tc>
        <w:tc>
          <w:tcPr>
            <w:tcW w:w="4320" w:type="dxa"/>
          </w:tcPr>
          <w:p w14:paraId="65F0DFC2" wp14:textId="77777777">
            <w:r>
              <w:t>Yes</w:t>
            </w:r>
          </w:p>
        </w:tc>
      </w:tr>
      <w:tr xmlns:wp14="http://schemas.microsoft.com/office/word/2010/wordml" w14:paraId="6CC0F2AE" wp14:textId="77777777">
        <w:tc>
          <w:tcPr>
            <w:tcW w:w="4320" w:type="dxa"/>
          </w:tcPr>
          <w:p w14:paraId="63F89D68" wp14:textId="77777777">
            <w:r>
              <w:t>Disadvantaged pupils</w:t>
            </w:r>
          </w:p>
        </w:tc>
        <w:tc>
          <w:tcPr>
            <w:tcW w:w="4320" w:type="dxa"/>
          </w:tcPr>
          <w:p w14:paraId="604D630B" wp14:textId="77777777">
            <w:r>
              <w:t>Yes</w:t>
            </w:r>
          </w:p>
        </w:tc>
      </w:tr>
    </w:tbl>
    <w:p xmlns:wp14="http://schemas.microsoft.com/office/word/2010/wordml" w14:paraId="0020FB65" wp14:textId="77777777">
      <w:pPr>
        <w:pStyle w:val="Heading1"/>
      </w:pPr>
      <w:r>
        <w:t>PE and School Sport Partnerships Network Support Requested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14:paraId="0BB0AFC4" wp14:textId="77777777">
        <w:tc>
          <w:tcPr>
            <w:tcW w:w="4320" w:type="dxa"/>
          </w:tcPr>
          <w:p w14:paraId="074652D8" wp14:textId="77777777">
            <w:r>
              <w:t>Support areas</w:t>
            </w:r>
          </w:p>
        </w:tc>
        <w:tc>
          <w:tcPr>
            <w:tcW w:w="4320" w:type="dxa"/>
          </w:tcPr>
          <w:p w14:paraId="7AE8B911" wp14:textId="77777777">
            <w:r>
              <w:t>Continued professional development (CPD); CPD for swimming and water safety; Extra-curricular opportunities; Equipment and resources; Membership and subscription fees; School Games Organisers (SGO) costs; School sports competitions</w:t>
            </w:r>
          </w:p>
        </w:tc>
      </w:tr>
      <w:tr xmlns:wp14="http://schemas.microsoft.com/office/word/2010/wordml" w14:paraId="14BC859E" wp14:textId="77777777">
        <w:tc>
          <w:tcPr>
            <w:tcW w:w="4320" w:type="dxa"/>
          </w:tcPr>
          <w:p w14:paraId="798C9BCD" wp14:textId="77777777">
            <w:r>
              <w:t>Consent to share information</w:t>
            </w:r>
          </w:p>
        </w:tc>
        <w:tc>
          <w:tcPr>
            <w:tcW w:w="4320" w:type="dxa"/>
          </w:tcPr>
          <w:p w14:paraId="3C1B5E46" wp14:textId="77777777">
            <w:r>
              <w:t>Yes</w:t>
            </w:r>
          </w:p>
        </w:tc>
      </w:tr>
    </w:tbl>
    <w:p xmlns:wp14="http://schemas.microsoft.com/office/word/2010/wordml" w14:paraId="53950121" wp14:textId="77777777">
      <w:pPr>
        <w:pStyle w:val="Heading1"/>
      </w:pPr>
      <w:r>
        <w:t>Swimming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xmlns:wp14="http://schemas.microsoft.com/office/word/2010/wordml" w14:paraId="27A81091" wp14:textId="77777777">
        <w:tc>
          <w:tcPr>
            <w:tcW w:w="4320" w:type="dxa"/>
          </w:tcPr>
          <w:p w14:paraId="0EDA9BF7" wp14:textId="77777777">
            <w:r>
              <w:t>Year 6 pupils in school</w:t>
            </w:r>
          </w:p>
        </w:tc>
        <w:tc>
          <w:tcPr>
            <w:tcW w:w="4320" w:type="dxa"/>
          </w:tcPr>
          <w:p w14:paraId="4482E6A6" wp14:textId="77777777">
            <w:r>
              <w:t>Yes</w:t>
            </w:r>
          </w:p>
        </w:tc>
      </w:tr>
      <w:tr xmlns:wp14="http://schemas.microsoft.com/office/word/2010/wordml" w14:paraId="29626B33" wp14:textId="77777777">
        <w:tc>
          <w:tcPr>
            <w:tcW w:w="4320" w:type="dxa"/>
          </w:tcPr>
          <w:p w14:paraId="2F51D4B6" wp14:textId="77777777">
            <w:r>
              <w:t>Swim 25 metres competently</w:t>
            </w:r>
          </w:p>
        </w:tc>
        <w:tc>
          <w:tcPr>
            <w:tcW w:w="4320" w:type="dxa"/>
          </w:tcPr>
          <w:p w14:paraId="362F0263" wp14:textId="77777777">
            <w:r>
              <w:t>89%</w:t>
            </w:r>
          </w:p>
        </w:tc>
      </w:tr>
      <w:tr xmlns:wp14="http://schemas.microsoft.com/office/word/2010/wordml" w14:paraId="74FB4E56" wp14:textId="77777777">
        <w:tc>
          <w:tcPr>
            <w:tcW w:w="4320" w:type="dxa"/>
          </w:tcPr>
          <w:p w14:paraId="5AAE3213" wp14:textId="77777777">
            <w:r>
              <w:t>Use a range of strokes effectively</w:t>
            </w:r>
          </w:p>
        </w:tc>
        <w:tc>
          <w:tcPr>
            <w:tcW w:w="4320" w:type="dxa"/>
          </w:tcPr>
          <w:p w14:paraId="1CE13C48" wp14:textId="77777777">
            <w:r>
              <w:t>89%</w:t>
            </w:r>
          </w:p>
        </w:tc>
      </w:tr>
      <w:tr xmlns:wp14="http://schemas.microsoft.com/office/word/2010/wordml" w14:paraId="6B18AF81" wp14:textId="77777777">
        <w:tc>
          <w:tcPr>
            <w:tcW w:w="4320" w:type="dxa"/>
          </w:tcPr>
          <w:p w14:paraId="7D294329" wp14:textId="77777777">
            <w:r>
              <w:t>Perform safe self-rescue</w:t>
            </w:r>
          </w:p>
        </w:tc>
        <w:tc>
          <w:tcPr>
            <w:tcW w:w="4320" w:type="dxa"/>
          </w:tcPr>
          <w:p w14:paraId="07D644BF" wp14:textId="77777777">
            <w:r>
              <w:t>89%</w:t>
            </w:r>
          </w:p>
        </w:tc>
      </w:tr>
      <w:tr xmlns:wp14="http://schemas.microsoft.com/office/word/2010/wordml" w14:paraId="4AFC78BD" wp14:textId="77777777">
        <w:tc>
          <w:tcPr>
            <w:tcW w:w="4320" w:type="dxa"/>
          </w:tcPr>
          <w:p w14:paraId="15D06E71" wp14:textId="77777777">
            <w:r>
              <w:t>Top-up swimming lessons spend</w:t>
            </w:r>
          </w:p>
        </w:tc>
        <w:tc>
          <w:tcPr>
            <w:tcW w:w="4320" w:type="dxa"/>
          </w:tcPr>
          <w:p w14:paraId="4578F6F3" wp14:textId="77777777">
            <w:r>
              <w:t>£0</w:t>
            </w:r>
          </w:p>
        </w:tc>
      </w:tr>
      <w:tr xmlns:wp14="http://schemas.microsoft.com/office/word/2010/wordml" w14:paraId="2F96389E" wp14:textId="77777777">
        <w:tc>
          <w:tcPr>
            <w:tcW w:w="4320" w:type="dxa"/>
          </w:tcPr>
          <w:p w14:paraId="5D3FFE01" wp14:textId="77777777">
            <w:r>
              <w:t>Impact on swimming and water safety</w:t>
            </w:r>
          </w:p>
        </w:tc>
        <w:tc>
          <w:tcPr>
            <w:tcW w:w="4320" w:type="dxa"/>
          </w:tcPr>
          <w:p w14:paraId="2A3DFE80" wp14:textId="77777777">
            <w:r>
              <w:t>Positive impact</w:t>
            </w:r>
          </w:p>
        </w:tc>
      </w:tr>
    </w:tbl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D3665B1"/>
    <w:rsid w:val="24FFF2AB"/>
    <w:rsid w:val="46374AFA"/>
    <w:rsid w:val="7887E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8F332C17-3F17-40A8-B2D8-DB1C4EB59D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webSettings" Target="webSettings.xml" Id="rId6" /><Relationship Type="http://schemas.openxmlformats.org/officeDocument/2006/relationships/customXml" Target="../customXml/item1.xml" Id="rId1" /><Relationship Type="http://schemas.openxmlformats.org/officeDocument/2006/relationships/customXml" Target="../customXml/item4.xml" Id="rId11" /><Relationship Type="http://schemas.openxmlformats.org/officeDocument/2006/relationships/settings" Target="settings.xml" Id="rId5" /><Relationship Type="http://schemas.openxmlformats.org/officeDocument/2006/relationships/customXml" Target="../customXml/item3.xml" Id="rId10" /><Relationship Type="http://schemas.microsoft.com/office/2007/relationships/stylesWithEffects" Target="stylesWithEffect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Id16202766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4" ma:contentTypeDescription="Create a new document." ma:contentTypeScope="" ma:versionID="c5d14a3d20e6f5dc71a15757e1f7f6f5">
  <xsd:schema xmlns:xsd="http://www.w3.org/2001/XMLSchema" xmlns:xs="http://www.w3.org/2001/XMLSchema" xmlns:p="http://schemas.microsoft.com/office/2006/metadata/properties" xmlns:ns2="b91ff8f4-7308-487a-9b43-8871d3f744b1" targetNamespace="http://schemas.microsoft.com/office/2006/metadata/properties" ma:root="true" ma:fieldsID="16d2fb64543eef9b4345a2cec9bd6bb2" ns2:_="">
    <xsd:import namespace="b91ff8f4-7308-487a-9b43-8871d3f744b1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66C00D-2D3A-43B8-A343-1741A274F458}"/>
</file>

<file path=customXml/itemProps3.xml><?xml version="1.0" encoding="utf-8"?>
<ds:datastoreItem xmlns:ds="http://schemas.openxmlformats.org/officeDocument/2006/customXml" ds:itemID="{F5931E67-391D-4A79-84F7-25FB94FDFA13}"/>
</file>

<file path=customXml/itemProps4.xml><?xml version="1.0" encoding="utf-8"?>
<ds:datastoreItem xmlns:ds="http://schemas.openxmlformats.org/officeDocument/2006/customXml" ds:itemID="{BA1B680B-D7E0-47FA-9459-6FAD5E06630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Karen Shaughnessy</dc:creator>
  <keywords/>
  <dc:description>generated by python-docx</dc:description>
  <lastModifiedBy>Karen Shaughnessy</lastModifiedBy>
  <revision>2</revision>
  <dcterms:created xsi:type="dcterms:W3CDTF">2026-07-30T12:59:48.0000000Z</dcterms:created>
  <dcterms:modified xsi:type="dcterms:W3CDTF">2026-07-30T13:10:22.5974615Z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0x010100740584DA10DF2541BFB0752036DE4B84</vt:lpwstr>
  </property>
</Properties>
</file>